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5E4FAD" w:rsidRPr="00D55D43" w14:paraId="0986F110" w14:textId="77777777" w:rsidTr="00D15A98">
        <w:trPr>
          <w:jc w:val="center"/>
        </w:trPr>
        <w:tc>
          <w:tcPr>
            <w:tcW w:w="5040" w:type="dxa"/>
            <w:tcMar>
              <w:top w:w="40" w:type="dxa"/>
              <w:left w:w="20" w:type="dxa"/>
              <w:bottom w:w="30" w:type="dxa"/>
              <w:right w:w="20" w:type="dxa"/>
            </w:tcMar>
          </w:tcPr>
          <w:p w14:paraId="7EA5A422" w14:textId="77777777" w:rsidR="005E4FAD" w:rsidRPr="00376100" w:rsidRDefault="005E4FAD" w:rsidP="00D15A98">
            <w:pPr>
              <w:spacing w:after="40"/>
              <w:rPr>
                <w:lang w:val="pl-PL"/>
              </w:rPr>
            </w:pPr>
            <w:r w:rsidRPr="00376100">
              <w:rPr>
                <w:lang w:val="pl-PL"/>
              </w:rPr>
              <w:t>Imię i nazwisko wnioskodawcy</w:t>
            </w:r>
            <w:r w:rsidRPr="00376100">
              <w:rPr>
                <w:lang w:val="pl-PL"/>
              </w:rPr>
              <w:br/>
              <w:t>..............................................................</w:t>
            </w:r>
            <w:r w:rsidRPr="00376100">
              <w:rPr>
                <w:lang w:val="pl-PL"/>
              </w:rPr>
              <w:br/>
            </w:r>
            <w:r w:rsidRPr="00376100">
              <w:rPr>
                <w:lang w:val="pl-PL"/>
              </w:rPr>
              <w:br/>
              <w:t>Adres do korespondencji / telefon</w:t>
            </w:r>
            <w:r w:rsidRPr="00376100">
              <w:rPr>
                <w:lang w:val="pl-PL"/>
              </w:rPr>
              <w:br/>
              <w:t>..............................................................</w:t>
            </w:r>
          </w:p>
        </w:tc>
        <w:tc>
          <w:tcPr>
            <w:tcW w:w="5040" w:type="dxa"/>
            <w:tcMar>
              <w:top w:w="40" w:type="dxa"/>
              <w:left w:w="20" w:type="dxa"/>
              <w:bottom w:w="30" w:type="dxa"/>
              <w:right w:w="20" w:type="dxa"/>
            </w:tcMar>
          </w:tcPr>
          <w:p w14:paraId="3396B28D" w14:textId="77777777" w:rsidR="005E4FAD" w:rsidRDefault="005E4FAD" w:rsidP="005E4FAD">
            <w:pPr>
              <w:spacing w:after="0"/>
              <w:jc w:val="right"/>
              <w:rPr>
                <w:lang w:val="pl-PL"/>
              </w:rPr>
            </w:pPr>
            <w:r w:rsidRPr="00376100">
              <w:rPr>
                <w:lang w:val="pl-PL"/>
              </w:rPr>
              <w:t>....................................................</w:t>
            </w:r>
            <w:r w:rsidRPr="00376100">
              <w:rPr>
                <w:lang w:val="pl-PL"/>
              </w:rPr>
              <w:br/>
            </w:r>
          </w:p>
          <w:p w14:paraId="374C8AFD" w14:textId="5F29901B" w:rsidR="005E4FAD" w:rsidRDefault="005E4FAD" w:rsidP="005E4FAD">
            <w:pPr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                                      </w:t>
            </w:r>
            <w:r>
              <w:rPr>
                <w:lang w:val="pl-PL"/>
              </w:rPr>
              <w:t xml:space="preserve">           </w:t>
            </w:r>
            <w:r>
              <w:rPr>
                <w:lang w:val="pl-PL"/>
              </w:rPr>
              <w:t xml:space="preserve">  </w:t>
            </w:r>
            <w:r w:rsidRPr="00376100">
              <w:rPr>
                <w:lang w:val="pl-PL"/>
              </w:rPr>
              <w:t>(miejscowość, data)</w:t>
            </w:r>
          </w:p>
          <w:p w14:paraId="0E7CD57E" w14:textId="77777777" w:rsidR="005E4FAD" w:rsidRDefault="005E4FAD" w:rsidP="005E4FAD">
            <w:pPr>
              <w:spacing w:after="0"/>
              <w:jc w:val="center"/>
              <w:rPr>
                <w:lang w:val="pl-PL"/>
              </w:rPr>
            </w:pPr>
          </w:p>
          <w:p w14:paraId="6617047C" w14:textId="77777777" w:rsidR="005E4FAD" w:rsidRDefault="005E4FAD" w:rsidP="00D15A98">
            <w:pPr>
              <w:spacing w:after="40"/>
              <w:jc w:val="center"/>
              <w:rPr>
                <w:lang w:val="pl-PL"/>
              </w:rPr>
            </w:pPr>
          </w:p>
          <w:p w14:paraId="1C13EE5A" w14:textId="77777777" w:rsidR="005E4FAD" w:rsidRDefault="005E4FAD" w:rsidP="00D15A98">
            <w:pPr>
              <w:spacing w:after="40"/>
              <w:jc w:val="center"/>
              <w:rPr>
                <w:lang w:val="pl-PL"/>
              </w:rPr>
            </w:pPr>
          </w:p>
          <w:p w14:paraId="43ABBC5A" w14:textId="77777777" w:rsidR="005E4FAD" w:rsidRDefault="005E4FAD" w:rsidP="00D15A98">
            <w:pPr>
              <w:spacing w:after="40"/>
              <w:jc w:val="center"/>
              <w:rPr>
                <w:lang w:val="pl-PL"/>
              </w:rPr>
            </w:pPr>
            <w:r w:rsidRPr="00376100">
              <w:rPr>
                <w:lang w:val="pl-PL"/>
              </w:rPr>
              <w:t>Dyrektor</w:t>
            </w:r>
            <w:r w:rsidRPr="00376100">
              <w:rPr>
                <w:lang w:val="pl-PL"/>
              </w:rPr>
              <w:br/>
            </w:r>
            <w:r>
              <w:rPr>
                <w:lang w:val="pl-PL"/>
              </w:rPr>
              <w:t>X Liceum Ogólnokształcącego Dwujęzycznego</w:t>
            </w:r>
          </w:p>
          <w:p w14:paraId="2E659161" w14:textId="77777777" w:rsidR="005E4FAD" w:rsidRPr="00D55D43" w:rsidRDefault="005E4FAD" w:rsidP="00D15A98">
            <w:pPr>
              <w:spacing w:after="40"/>
              <w:jc w:val="center"/>
              <w:rPr>
                <w:lang w:val="pl-PL"/>
              </w:rPr>
            </w:pPr>
            <w:r>
              <w:rPr>
                <w:lang w:val="pl-PL"/>
              </w:rPr>
              <w:t>w Gdańsku</w:t>
            </w:r>
            <w:r w:rsidRPr="00376100">
              <w:rPr>
                <w:lang w:val="pl-PL"/>
              </w:rPr>
              <w:br/>
            </w:r>
          </w:p>
        </w:tc>
      </w:tr>
    </w:tbl>
    <w:p w14:paraId="6C9B628B" w14:textId="1EA0172C" w:rsidR="00F81182" w:rsidRDefault="00F81182"/>
    <w:p w14:paraId="20204DF5" w14:textId="77777777" w:rsidR="00F81182" w:rsidRPr="005E4FAD" w:rsidRDefault="00C7188A">
      <w:pPr>
        <w:pStyle w:val="Tytu"/>
        <w:jc w:val="center"/>
        <w:rPr>
          <w:lang w:val="pl-PL"/>
        </w:rPr>
      </w:pPr>
      <w:r w:rsidRPr="005E4FAD">
        <w:rPr>
          <w:lang w:val="pl-PL"/>
        </w:rPr>
        <w:t>Wniosek o sporządzenie opinii o uczniu</w:t>
      </w:r>
    </w:p>
    <w:p w14:paraId="125B735E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Proszę o sporządzenie opinii o funkcjonowaniu ucznia w szkole:</w:t>
      </w:r>
    </w:p>
    <w:p w14:paraId="59659BF0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Imię i nazwisko ucznia  ................................................................................................</w:t>
      </w:r>
    </w:p>
    <w:p w14:paraId="2A1C2845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Klasa  ......................   Data urodzenia  .......................................................................</w:t>
      </w:r>
    </w:p>
    <w:p w14:paraId="1541AFFE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Opinia jest potrzebna w celu przedłożenia w (proszę zaznaczyć i uzupełnić):</w:t>
      </w:r>
    </w:p>
    <w:p w14:paraId="14095D59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☐</w:t>
      </w:r>
      <w:r w:rsidRPr="005E4FAD">
        <w:rPr>
          <w:lang w:val="pl-PL"/>
        </w:rPr>
        <w:t xml:space="preserve"> poradni psychologiczno-pedagogicznej  ..................................................................</w:t>
      </w:r>
    </w:p>
    <w:p w14:paraId="464ECA0B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☐</w:t>
      </w:r>
      <w:r w:rsidRPr="005E4FAD">
        <w:rPr>
          <w:lang w:val="pl-PL"/>
        </w:rPr>
        <w:t xml:space="preserve"> sądzie  ......................................................................................................................</w:t>
      </w:r>
    </w:p>
    <w:p w14:paraId="57A9D000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☐</w:t>
      </w:r>
      <w:r w:rsidRPr="005E4FAD">
        <w:rPr>
          <w:lang w:val="pl-PL"/>
        </w:rPr>
        <w:t xml:space="preserve"> Miejskim Ośrodku Pomocy Rodzinie (MOPR)  .........................................................</w:t>
      </w:r>
    </w:p>
    <w:p w14:paraId="289D7F32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☐</w:t>
      </w:r>
      <w:r w:rsidRPr="005E4FAD">
        <w:rPr>
          <w:lang w:val="pl-PL"/>
        </w:rPr>
        <w:t xml:space="preserve"> innej instytucji  .........................................................................................................</w:t>
      </w:r>
    </w:p>
    <w:p w14:paraId="3D2569EC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Cel uzyskania opinii lub zakres potrzebnych informacji (opcjonalnie):</w:t>
      </w:r>
    </w:p>
    <w:p w14:paraId="5F5D4485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...................................................................................................................................</w:t>
      </w:r>
    </w:p>
    <w:p w14:paraId="181A8E97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...................................................................................................................................</w:t>
      </w:r>
    </w:p>
    <w:p w14:paraId="4DDCFC63" w14:textId="77777777" w:rsidR="00F81182" w:rsidRPr="005E4FAD" w:rsidRDefault="00C7188A">
      <w:pPr>
        <w:rPr>
          <w:lang w:val="pl-PL"/>
        </w:rPr>
      </w:pPr>
      <w:r w:rsidRPr="005E4FAD">
        <w:rPr>
          <w:b/>
          <w:lang w:val="pl-PL"/>
        </w:rPr>
        <w:t>Wypełnić, jeśli opinia ma być przedłożona w poradni psychologiczno-pedagogicznej:</w:t>
      </w:r>
    </w:p>
    <w:p w14:paraId="31CB5162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Czy uczeń był kiedykolwiek badany w poradni psychologiczno-pedagogicznej?</w:t>
      </w:r>
    </w:p>
    <w:p w14:paraId="5FFDFA43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☐</w:t>
      </w:r>
      <w:r w:rsidRPr="005E4FAD">
        <w:rPr>
          <w:lang w:val="pl-PL"/>
        </w:rPr>
        <w:t xml:space="preserve"> tak     ☐ nie     ☐ nie wiem</w:t>
      </w:r>
    </w:p>
    <w:p w14:paraId="2D76B821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Jeśli tak, proszę podać nazwę poradni i przybliżoną datę badania (jeśli są znane):</w:t>
      </w:r>
    </w:p>
    <w:p w14:paraId="3E829105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...................................................................................................................................</w:t>
      </w:r>
    </w:p>
    <w:p w14:paraId="32024E26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Sposób odbioru opinii:   ☐ osobiście w szkole    ☐ inny: ................................................</w:t>
      </w:r>
    </w:p>
    <w:p w14:paraId="1D7CDFC6" w14:textId="77777777" w:rsidR="00F81182" w:rsidRPr="005E4FAD" w:rsidRDefault="00C7188A">
      <w:pPr>
        <w:rPr>
          <w:lang w:val="pl-PL"/>
        </w:rPr>
      </w:pPr>
      <w:r w:rsidRPr="005E4FAD">
        <w:rPr>
          <w:lang w:val="pl-PL"/>
        </w:rPr>
        <w:t>............................................................................................</w:t>
      </w:r>
    </w:p>
    <w:p w14:paraId="5AA16BD8" w14:textId="77777777" w:rsidR="00F81182" w:rsidRPr="005E4FAD" w:rsidRDefault="00C7188A">
      <w:pPr>
        <w:jc w:val="right"/>
        <w:rPr>
          <w:lang w:val="pl-PL"/>
        </w:rPr>
      </w:pPr>
      <w:r w:rsidRPr="005E4FAD">
        <w:rPr>
          <w:lang w:val="pl-PL"/>
        </w:rPr>
        <w:t>Czytelny podpis rodzica lub pełnoletniego ucznia</w:t>
      </w:r>
    </w:p>
    <w:sectPr w:rsidR="00F81182" w:rsidRPr="005E4FAD" w:rsidSect="00034616">
      <w:pgSz w:w="11906" w:h="16838"/>
      <w:pgMar w:top="1134" w:right="1304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9779681">
    <w:abstractNumId w:val="8"/>
  </w:num>
  <w:num w:numId="2" w16cid:durableId="1972592296">
    <w:abstractNumId w:val="6"/>
  </w:num>
  <w:num w:numId="3" w16cid:durableId="1271085645">
    <w:abstractNumId w:val="5"/>
  </w:num>
  <w:num w:numId="4" w16cid:durableId="1105271142">
    <w:abstractNumId w:val="4"/>
  </w:num>
  <w:num w:numId="5" w16cid:durableId="1121413699">
    <w:abstractNumId w:val="7"/>
  </w:num>
  <w:num w:numId="6" w16cid:durableId="123888416">
    <w:abstractNumId w:val="3"/>
  </w:num>
  <w:num w:numId="7" w16cid:durableId="2069641706">
    <w:abstractNumId w:val="2"/>
  </w:num>
  <w:num w:numId="8" w16cid:durableId="1503618263">
    <w:abstractNumId w:val="1"/>
  </w:num>
  <w:num w:numId="9" w16cid:durableId="1870140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14A3"/>
    <w:rsid w:val="0029639D"/>
    <w:rsid w:val="00326F90"/>
    <w:rsid w:val="005E4FAD"/>
    <w:rsid w:val="00AA1D8D"/>
    <w:rsid w:val="00B47730"/>
    <w:rsid w:val="00CB0664"/>
    <w:rsid w:val="00F811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150811"/>
  <w14:defaultImageDpi w14:val="300"/>
  <w15:docId w15:val="{A4C08C9D-9F24-4FDE-B270-8955ED881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/>
    </w:pPr>
    <w:rPr>
      <w:rFonts w:ascii="Aptos" w:hAnsi="Apto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NIERADKO</cp:lastModifiedBy>
  <cp:revision>2</cp:revision>
  <dcterms:created xsi:type="dcterms:W3CDTF">2026-09-23T07:21:00Z</dcterms:created>
  <dcterms:modified xsi:type="dcterms:W3CDTF">2026-09-23T07:21:00Z</dcterms:modified>
  <cp:category/>
</cp:coreProperties>
</file>